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979E42" w14:textId="77777777" w:rsidR="0090226D" w:rsidRDefault="4ED1D2E7" w:rsidP="4ED1D2E7">
      <w:pPr>
        <w:spacing w:after="80" w:line="240" w:lineRule="auto"/>
        <w:jc w:val="center"/>
      </w:pPr>
      <w:r w:rsidRPr="4ED1D2E7">
        <w:rPr>
          <w:b/>
          <w:bCs/>
          <w:color w:val="17365D" w:themeColor="text2" w:themeShade="BF"/>
          <w:sz w:val="36"/>
          <w:szCs w:val="36"/>
        </w:rPr>
        <w:t>CREATE YOUR CONFIRMATION PARISH PLAN</w:t>
      </w:r>
    </w:p>
    <w:p w14:paraId="3F46630D" w14:textId="77777777" w:rsidR="0090226D" w:rsidRDefault="4ED1D2E7" w:rsidP="4ED1D2E7">
      <w:pPr>
        <w:spacing w:after="80" w:line="240" w:lineRule="auto"/>
        <w:jc w:val="center"/>
      </w:pPr>
      <w:r w:rsidRPr="4ED1D2E7">
        <w:rPr>
          <w:b/>
          <w:bCs/>
          <w:color w:val="00B7C3"/>
          <w:sz w:val="26"/>
          <w:szCs w:val="26"/>
        </w:rPr>
        <w:t>Parish Planning Worksheet</w:t>
      </w:r>
    </w:p>
    <w:p w14:paraId="0C1FB70D" w14:textId="77777777" w:rsidR="0090226D" w:rsidRDefault="4ED1D2E7" w:rsidP="4ED1D2E7">
      <w:pPr>
        <w:spacing w:after="80" w:line="240" w:lineRule="auto"/>
        <w:jc w:val="center"/>
      </w:pPr>
      <w:r w:rsidRPr="4ED1D2E7">
        <w:rPr>
          <w:i/>
          <w:iCs/>
        </w:rPr>
        <w:t>Diocese of Des Moines | Confirmation</w:t>
      </w:r>
    </w:p>
    <w:p w14:paraId="078F2C3A" w14:textId="1329210C" w:rsidR="1294EC45" w:rsidRDefault="1294EC45" w:rsidP="4ED1D2E7">
      <w:pPr>
        <w:spacing w:after="80" w:line="240" w:lineRule="auto"/>
        <w:jc w:val="center"/>
      </w:pPr>
      <w:r w:rsidRPr="4ED1D2E7">
        <w:t xml:space="preserve">When your plan is nearing completion, email to </w:t>
      </w:r>
      <w:hyperlink r:id="rId8">
        <w:r w:rsidRPr="4ED1D2E7">
          <w:rPr>
            <w:rStyle w:val="Hyperlink"/>
          </w:rPr>
          <w:t>Father Trevor Chicoine</w:t>
        </w:r>
      </w:hyperlink>
      <w:r w:rsidRPr="4ED1D2E7">
        <w:t xml:space="preserve"> and </w:t>
      </w:r>
      <w:hyperlink r:id="rId9">
        <w:r w:rsidRPr="4ED1D2E7">
          <w:rPr>
            <w:rStyle w:val="Hyperlink"/>
          </w:rPr>
          <w:t>John Gaffney</w:t>
        </w:r>
      </w:hyperlink>
      <w:r w:rsidRPr="4ED1D2E7">
        <w:t xml:space="preserve"> for consultation.</w:t>
      </w:r>
    </w:p>
    <w:tbl>
      <w:tblPr>
        <w:tblW w:w="5184" w:type="dxa"/>
        <w:jc w:val="center"/>
        <w:tblLayout w:type="fixed"/>
        <w:tblLook w:val="04A0" w:firstRow="1" w:lastRow="0" w:firstColumn="1" w:lastColumn="0" w:noHBand="0" w:noVBand="1"/>
      </w:tblPr>
      <w:tblGrid>
        <w:gridCol w:w="2592"/>
        <w:gridCol w:w="2592"/>
      </w:tblGrid>
      <w:tr w:rsidR="0090226D" w14:paraId="780DE548" w14:textId="77777777" w:rsidTr="00FB76B4">
        <w:trPr>
          <w:trHeight w:val="954"/>
          <w:jc w:val="center"/>
        </w:trPr>
        <w:tc>
          <w:tcPr>
            <w:tcW w:w="2592" w:type="dxa"/>
            <w:shd w:val="clear" w:color="auto" w:fill="EAF6F7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C1EE67C" w14:textId="0F20DC62" w:rsidR="0090226D" w:rsidRDefault="4ED1D2E7">
            <w:r w:rsidRPr="4ED1D2E7">
              <w:rPr>
                <w:b/>
                <w:bCs/>
              </w:rPr>
              <w:t>Parish</w:t>
            </w:r>
            <w:r w:rsidR="7EDA5C7D" w:rsidRPr="4ED1D2E7">
              <w:rPr>
                <w:b/>
                <w:bCs/>
              </w:rPr>
              <w:t>/City or Town</w:t>
            </w:r>
            <w:r w:rsidRPr="4ED1D2E7">
              <w:rPr>
                <w:b/>
                <w:bCs/>
              </w:rPr>
              <w:t>:</w:t>
            </w:r>
          </w:p>
          <w:p w14:paraId="1C8E2E73" w14:textId="3D624DF8" w:rsidR="0090226D" w:rsidRDefault="056ACD1F">
            <w:pPr>
              <w:rPr>
                <w:b/>
                <w:bCs/>
              </w:rPr>
            </w:pPr>
            <w:r w:rsidRPr="4ED1D2E7">
              <w:rPr>
                <w:b/>
                <w:bCs/>
              </w:rPr>
              <w:t>Pastor</w:t>
            </w:r>
            <w:r w:rsidR="00FB76B4">
              <w:rPr>
                <w:b/>
                <w:bCs/>
              </w:rPr>
              <w:t>:</w:t>
            </w:r>
          </w:p>
          <w:p w14:paraId="1379F2C9" w14:textId="2A855809" w:rsidR="00FB76B4" w:rsidRDefault="00FB76B4">
            <w:r w:rsidRPr="4ED1D2E7">
              <w:rPr>
                <w:b/>
                <w:bCs/>
              </w:rPr>
              <w:t>Confirmation Plan Lead:</w:t>
            </w:r>
          </w:p>
        </w:tc>
        <w:tc>
          <w:tcPr>
            <w:tcW w:w="2592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2AB07C5" w14:textId="060378A7" w:rsidR="0090226D" w:rsidRDefault="4ED1D2E7">
            <w:r>
              <w:t>__________________________</w:t>
            </w:r>
          </w:p>
          <w:p w14:paraId="77C29649" w14:textId="77777777" w:rsidR="0090226D" w:rsidRDefault="6EBD34B9">
            <w:r>
              <w:t>__________________________</w:t>
            </w:r>
          </w:p>
          <w:p w14:paraId="70D3CCD3" w14:textId="0804DB6B" w:rsidR="00FB76B4" w:rsidRDefault="00FB76B4">
            <w:r>
              <w:t>__________________________</w:t>
            </w:r>
          </w:p>
        </w:tc>
      </w:tr>
    </w:tbl>
    <w:p w14:paraId="1BA5B6AB" w14:textId="1BAA7391" w:rsidR="0090226D" w:rsidRDefault="4ED1D2E7">
      <w:pPr>
        <w:spacing w:after="120"/>
      </w:pPr>
      <w:r>
        <w:t xml:space="preserve">Use this sample worksheet with the Create Your Confirmation Parish Plan document to move from diocesan standards to concrete parish decisions.  </w:t>
      </w:r>
      <w:r w:rsidR="0078DAE5">
        <w:t xml:space="preserve"> </w:t>
      </w:r>
      <w:r>
        <w:t>Capture your initial choices, questions, and next steps for submission and approval.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90226D" w14:paraId="5F4A2CC0" w14:textId="77777777">
        <w:trPr>
          <w:jc w:val="center"/>
        </w:trPr>
        <w:tc>
          <w:tcPr>
            <w:tcW w:w="10368" w:type="dxa"/>
            <w:shd w:val="clear" w:color="auto" w:fill="17365D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45E78880" w14:textId="77777777" w:rsidR="0090226D" w:rsidRDefault="009A12B8">
            <w:r>
              <w:rPr>
                <w:b/>
                <w:color w:val="FFFFFF"/>
                <w:sz w:val="24"/>
              </w:rPr>
              <w:t>1. Confirmation Standards: Parish Readiness Check</w:t>
            </w:r>
          </w:p>
        </w:tc>
      </w:tr>
    </w:tbl>
    <w:p w14:paraId="672A6659" w14:textId="77777777" w:rsidR="0090226D" w:rsidRDefault="0090226D">
      <w:pPr>
        <w:spacing w:after="20"/>
      </w:pPr>
    </w:p>
    <w:p w14:paraId="7BB42530" w14:textId="77777777" w:rsidR="0090226D" w:rsidRDefault="009A12B8">
      <w:pPr>
        <w:spacing w:after="20"/>
        <w:ind w:left="115"/>
      </w:pPr>
      <w:r>
        <w:rPr>
          <w:sz w:val="22"/>
        </w:rPr>
        <w:t>☐</w:t>
      </w:r>
      <w:r>
        <w:rPr>
          <w:sz w:val="22"/>
        </w:rPr>
        <w:t xml:space="preserve"> </w:t>
      </w:r>
      <w:r>
        <w:t>Family is registered in a parish, or in residence, within the Diocese of Des Moines.</w:t>
      </w:r>
    </w:p>
    <w:p w14:paraId="3C80A156" w14:textId="77777777" w:rsidR="0090226D" w:rsidRDefault="009A12B8">
      <w:pPr>
        <w:spacing w:after="20"/>
        <w:ind w:left="115"/>
      </w:pPr>
      <w:r>
        <w:rPr>
          <w:sz w:val="22"/>
        </w:rPr>
        <w:t>☐</w:t>
      </w:r>
      <w:r>
        <w:rPr>
          <w:sz w:val="22"/>
        </w:rPr>
        <w:t xml:space="preserve"> </w:t>
      </w:r>
      <w:r>
        <w:t>Confirmandi are Baptized Catholic Christians or already received into the Catholic Church.</w:t>
      </w:r>
    </w:p>
    <w:p w14:paraId="68B3D0BC" w14:textId="77777777" w:rsidR="0090226D" w:rsidRDefault="009A12B8">
      <w:pPr>
        <w:spacing w:after="20"/>
        <w:ind w:left="115"/>
      </w:pPr>
      <w:r>
        <w:rPr>
          <w:sz w:val="22"/>
        </w:rPr>
        <w:t>☐</w:t>
      </w:r>
      <w:r>
        <w:rPr>
          <w:sz w:val="22"/>
        </w:rPr>
        <w:t xml:space="preserve"> </w:t>
      </w:r>
      <w:r>
        <w:t>Confirmandi are enrolled in parish Faith Formation, Catholic School, or Home School.</w:t>
      </w:r>
    </w:p>
    <w:p w14:paraId="0ACC78BF" w14:textId="77777777" w:rsidR="0090226D" w:rsidRDefault="009A12B8">
      <w:pPr>
        <w:spacing w:after="20"/>
        <w:ind w:left="115"/>
      </w:pPr>
      <w:r>
        <w:rPr>
          <w:sz w:val="22"/>
        </w:rPr>
        <w:t>☐</w:t>
      </w:r>
      <w:r>
        <w:rPr>
          <w:sz w:val="22"/>
        </w:rPr>
        <w:t xml:space="preserve"> </w:t>
      </w:r>
      <w:r>
        <w:t>Nine instructional formation sessions are provided within an eleven-month process.</w:t>
      </w:r>
    </w:p>
    <w:p w14:paraId="3FA7F33E" w14:textId="77777777" w:rsidR="0090226D" w:rsidRDefault="009A12B8">
      <w:pPr>
        <w:spacing w:after="20"/>
        <w:ind w:left="115"/>
      </w:pPr>
      <w:r>
        <w:rPr>
          <w:sz w:val="22"/>
        </w:rPr>
        <w:t>☐</w:t>
      </w:r>
      <w:r>
        <w:rPr>
          <w:sz w:val="22"/>
        </w:rPr>
        <w:t xml:space="preserve"> </w:t>
      </w:r>
      <w:r>
        <w:t>Saint selection is included.</w:t>
      </w:r>
    </w:p>
    <w:p w14:paraId="73339367" w14:textId="77777777" w:rsidR="0090226D" w:rsidRDefault="009A12B8">
      <w:pPr>
        <w:spacing w:after="20"/>
        <w:ind w:left="115"/>
      </w:pPr>
      <w:r>
        <w:rPr>
          <w:sz w:val="22"/>
        </w:rPr>
        <w:t>☐</w:t>
      </w:r>
      <w:r>
        <w:rPr>
          <w:sz w:val="22"/>
        </w:rPr>
        <w:t xml:space="preserve"> </w:t>
      </w:r>
      <w:r>
        <w:t>Sponsor selection and support are included.</w:t>
      </w:r>
    </w:p>
    <w:p w14:paraId="0339BA23" w14:textId="77777777" w:rsidR="0090226D" w:rsidRDefault="009A12B8">
      <w:pPr>
        <w:spacing w:after="20"/>
        <w:ind w:left="115"/>
      </w:pPr>
      <w:r>
        <w:rPr>
          <w:sz w:val="22"/>
        </w:rPr>
        <w:t>☐</w:t>
      </w:r>
      <w:r>
        <w:rPr>
          <w:sz w:val="22"/>
        </w:rPr>
        <w:t xml:space="preserve"> </w:t>
      </w:r>
      <w:r>
        <w:t>At Home Conversations are completed.</w:t>
      </w:r>
    </w:p>
    <w:p w14:paraId="6DC07A39" w14:textId="37C24DBC" w:rsidR="0090226D" w:rsidRDefault="4ED1D2E7">
      <w:pPr>
        <w:spacing w:after="20"/>
        <w:ind w:left="115"/>
      </w:pPr>
      <w:r w:rsidRPr="4ED1D2E7">
        <w:rPr>
          <w:sz w:val="22"/>
        </w:rPr>
        <w:t xml:space="preserve">☐ </w:t>
      </w:r>
      <w:r>
        <w:t xml:space="preserve">Sponsor Chats are </w:t>
      </w:r>
      <w:r w:rsidR="4F9FB342">
        <w:t>scheduled for specific months in the calendar</w:t>
      </w:r>
      <w:r>
        <w:t>.</w:t>
      </w:r>
    </w:p>
    <w:p w14:paraId="687BC638" w14:textId="77777777" w:rsidR="0090226D" w:rsidRDefault="009A12B8">
      <w:pPr>
        <w:spacing w:after="20"/>
        <w:ind w:left="115"/>
      </w:pPr>
      <w:r>
        <w:rPr>
          <w:sz w:val="22"/>
        </w:rPr>
        <w:t>☐</w:t>
      </w:r>
      <w:r>
        <w:rPr>
          <w:sz w:val="22"/>
        </w:rPr>
        <w:t xml:space="preserve"> </w:t>
      </w:r>
      <w:r>
        <w:t>A substantive retreat of appropriate duration is included.</w:t>
      </w:r>
    </w:p>
    <w:p w14:paraId="43761F6F" w14:textId="77777777" w:rsidR="0090226D" w:rsidRDefault="009A12B8">
      <w:pPr>
        <w:spacing w:after="40"/>
      </w:pPr>
      <w:r>
        <w:rPr>
          <w:b/>
          <w:color w:val="17365D"/>
        </w:rPr>
        <w:t>Standards that require the most planning or adaptation in our parish:</w:t>
      </w:r>
    </w:p>
    <w:p w14:paraId="4ACB7D0F" w14:textId="77777777" w:rsidR="0090226D" w:rsidRDefault="009A12B8">
      <w:pPr>
        <w:spacing w:after="0"/>
      </w:pPr>
      <w:r>
        <w:rPr>
          <w:color w:val="969696"/>
          <w:sz w:val="16"/>
        </w:rPr>
        <w:t>_________________________________________________________________________________________________________</w:t>
      </w:r>
    </w:p>
    <w:p w14:paraId="12F02171" w14:textId="77777777" w:rsidR="0090226D" w:rsidRDefault="4ED1D2E7">
      <w:pPr>
        <w:spacing w:after="0"/>
      </w:pPr>
      <w:r w:rsidRPr="4ED1D2E7">
        <w:rPr>
          <w:color w:val="969696"/>
          <w:sz w:val="16"/>
          <w:szCs w:val="16"/>
        </w:rPr>
        <w:t>_________________________________________________________________________________________________________</w:t>
      </w:r>
    </w:p>
    <w:p w14:paraId="6450ABE7" w14:textId="77777777" w:rsidR="04300BA6" w:rsidRDefault="04300BA6" w:rsidP="4ED1D2E7">
      <w:pPr>
        <w:spacing w:after="0"/>
      </w:pPr>
      <w:r w:rsidRPr="4ED1D2E7">
        <w:rPr>
          <w:color w:val="969696"/>
          <w:sz w:val="16"/>
          <w:szCs w:val="16"/>
        </w:rPr>
        <w:t>_________________________________________________________________________________________________________</w:t>
      </w:r>
    </w:p>
    <w:p w14:paraId="551E911E" w14:textId="15F814FB" w:rsidR="04300BA6" w:rsidRDefault="04300BA6" w:rsidP="4ED1D2E7">
      <w:pPr>
        <w:spacing w:after="0"/>
      </w:pPr>
      <w:r w:rsidRPr="4ED1D2E7">
        <w:rPr>
          <w:color w:val="969696"/>
          <w:sz w:val="16"/>
          <w:szCs w:val="16"/>
        </w:rPr>
        <w:t>_________________________________________________________________________________________________________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90226D" w14:paraId="01D825B8" w14:textId="77777777">
        <w:trPr>
          <w:jc w:val="center"/>
        </w:trPr>
        <w:tc>
          <w:tcPr>
            <w:tcW w:w="10368" w:type="dxa"/>
            <w:shd w:val="clear" w:color="auto" w:fill="17365D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5BA0B83B" w14:textId="77777777" w:rsidR="0090226D" w:rsidRDefault="009A12B8">
            <w:r>
              <w:rPr>
                <w:b/>
                <w:color w:val="FFFFFF"/>
                <w:sz w:val="24"/>
              </w:rPr>
              <w:t>2. Leadership and Communication</w:t>
            </w:r>
          </w:p>
        </w:tc>
      </w:tr>
    </w:tbl>
    <w:p w14:paraId="0A37501D" w14:textId="77777777" w:rsidR="0090226D" w:rsidRDefault="0090226D">
      <w:pPr>
        <w:spacing w:after="20"/>
      </w:pPr>
    </w:p>
    <w:p w14:paraId="6F947D12" w14:textId="77777777" w:rsidR="0090226D" w:rsidRDefault="009A12B8">
      <w:pPr>
        <w:spacing w:after="40"/>
      </w:pPr>
      <w:r>
        <w:rPr>
          <w:b/>
          <w:color w:val="17365D"/>
        </w:rPr>
        <w:t>Primary Confirmation leader/contact:</w:t>
      </w:r>
    </w:p>
    <w:p w14:paraId="2EC0A0BF" w14:textId="77777777" w:rsidR="0090226D" w:rsidRDefault="009A12B8">
      <w:pPr>
        <w:spacing w:after="0"/>
      </w:pPr>
      <w:r>
        <w:rPr>
          <w:color w:val="969696"/>
          <w:sz w:val="16"/>
        </w:rPr>
        <w:t>_________________________________________________________________________________________________________</w:t>
      </w:r>
    </w:p>
    <w:p w14:paraId="2BBD545F" w14:textId="77777777" w:rsidR="0090226D" w:rsidRDefault="009A12B8">
      <w:pPr>
        <w:spacing w:after="40"/>
      </w:pPr>
      <w:r>
        <w:rPr>
          <w:b/>
          <w:color w:val="17365D"/>
        </w:rPr>
        <w:t>How will this leader collaborate with the pastor?</w:t>
      </w:r>
    </w:p>
    <w:p w14:paraId="1F1584FE" w14:textId="77777777" w:rsidR="0090226D" w:rsidRDefault="009A12B8">
      <w:pPr>
        <w:spacing w:after="0"/>
      </w:pPr>
      <w:r>
        <w:rPr>
          <w:color w:val="969696"/>
          <w:sz w:val="16"/>
        </w:rPr>
        <w:t>_________________________________________________________________________________________________________</w:t>
      </w:r>
    </w:p>
    <w:p w14:paraId="06476E7F" w14:textId="77777777" w:rsidR="0090226D" w:rsidRDefault="009A12B8">
      <w:pPr>
        <w:spacing w:after="0"/>
        <w:rPr>
          <w:color w:val="969696"/>
          <w:sz w:val="16"/>
        </w:rPr>
      </w:pPr>
      <w:r>
        <w:rPr>
          <w:color w:val="969696"/>
          <w:sz w:val="16"/>
        </w:rPr>
        <w:t>_________________________________________________________________________________________________________</w:t>
      </w:r>
    </w:p>
    <w:p w14:paraId="66CBDB86" w14:textId="77777777" w:rsidR="00FB76B4" w:rsidRDefault="00FB76B4" w:rsidP="00FB76B4">
      <w:pPr>
        <w:spacing w:after="0"/>
      </w:pPr>
      <w:r>
        <w:rPr>
          <w:color w:val="969696"/>
          <w:sz w:val="16"/>
        </w:rPr>
        <w:t>_________________________________________________________________________________________________________</w:t>
      </w:r>
    </w:p>
    <w:p w14:paraId="162A3821" w14:textId="7A8FCAC7" w:rsidR="00FB76B4" w:rsidRDefault="00FB76B4">
      <w:pPr>
        <w:spacing w:after="0"/>
      </w:pPr>
      <w:r>
        <w:rPr>
          <w:color w:val="969696"/>
          <w:sz w:val="16"/>
        </w:rPr>
        <w:t>_________________________________________________________________________________________________________</w:t>
      </w:r>
    </w:p>
    <w:p w14:paraId="6B321DCE" w14:textId="77777777" w:rsidR="0090226D" w:rsidRDefault="009A12B8">
      <w:pPr>
        <w:spacing w:after="40"/>
      </w:pPr>
      <w:r>
        <w:rPr>
          <w:b/>
          <w:color w:val="17365D"/>
        </w:rPr>
        <w:t>How will we communicate consistently with families, sponsors, and catechists?</w:t>
      </w:r>
    </w:p>
    <w:p w14:paraId="21708B45" w14:textId="77777777" w:rsidR="0090226D" w:rsidRDefault="009A12B8">
      <w:pPr>
        <w:spacing w:after="0"/>
      </w:pPr>
      <w:r>
        <w:rPr>
          <w:color w:val="969696"/>
          <w:sz w:val="16"/>
        </w:rPr>
        <w:t>_________________________________________________________________________________________________________</w:t>
      </w:r>
    </w:p>
    <w:p w14:paraId="4CE1D409" w14:textId="77777777" w:rsidR="0090226D" w:rsidRDefault="009A12B8">
      <w:pPr>
        <w:spacing w:after="0"/>
        <w:rPr>
          <w:color w:val="969696"/>
          <w:sz w:val="16"/>
        </w:rPr>
      </w:pPr>
      <w:r>
        <w:rPr>
          <w:color w:val="969696"/>
          <w:sz w:val="16"/>
        </w:rPr>
        <w:t>_________________________________________________________________________________________________________</w:t>
      </w:r>
    </w:p>
    <w:p w14:paraId="081AA1A6" w14:textId="77777777" w:rsidR="00FB76B4" w:rsidRDefault="00FB76B4" w:rsidP="00FB76B4">
      <w:pPr>
        <w:spacing w:after="0"/>
      </w:pPr>
      <w:r>
        <w:rPr>
          <w:color w:val="969696"/>
          <w:sz w:val="16"/>
        </w:rPr>
        <w:t>_________________________________________________________________________________________________________</w:t>
      </w:r>
    </w:p>
    <w:p w14:paraId="00B80851" w14:textId="77777777" w:rsidR="00FB76B4" w:rsidRDefault="00FB76B4" w:rsidP="00FB76B4">
      <w:pPr>
        <w:spacing w:after="0"/>
      </w:pPr>
      <w:r>
        <w:rPr>
          <w:color w:val="969696"/>
          <w:sz w:val="16"/>
        </w:rPr>
        <w:t>_________________________________________________________________________________________________________</w:t>
      </w:r>
    </w:p>
    <w:p w14:paraId="6FB648E0" w14:textId="77777777" w:rsidR="00FB76B4" w:rsidRDefault="00FB76B4">
      <w:pPr>
        <w:spacing w:after="0"/>
      </w:pPr>
    </w:p>
    <w:p w14:paraId="0AE0A444" w14:textId="77777777" w:rsidR="00FB76B4" w:rsidRDefault="00FB76B4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90226D" w14:paraId="27A79E69" w14:textId="77777777">
        <w:trPr>
          <w:jc w:val="center"/>
        </w:trPr>
        <w:tc>
          <w:tcPr>
            <w:tcW w:w="10368" w:type="dxa"/>
            <w:shd w:val="clear" w:color="auto" w:fill="17365D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06410844" w14:textId="77777777" w:rsidR="0090226D" w:rsidRDefault="009A12B8">
            <w:r>
              <w:rPr>
                <w:b/>
                <w:color w:val="FFFFFF"/>
                <w:sz w:val="24"/>
              </w:rPr>
              <w:lastRenderedPageBreak/>
              <w:t>3. Delivery Model and Formation Resources</w:t>
            </w:r>
          </w:p>
        </w:tc>
      </w:tr>
    </w:tbl>
    <w:p w14:paraId="5DAB6C7B" w14:textId="77777777" w:rsidR="0090226D" w:rsidRDefault="0090226D">
      <w:pPr>
        <w:spacing w:after="20"/>
      </w:pPr>
    </w:p>
    <w:p w14:paraId="2C441E8F" w14:textId="77777777" w:rsidR="0090226D" w:rsidRDefault="009A12B8">
      <w:pPr>
        <w:spacing w:after="20"/>
        <w:ind w:left="115"/>
      </w:pPr>
      <w:r>
        <w:rPr>
          <w:sz w:val="22"/>
        </w:rPr>
        <w:t>☐</w:t>
      </w:r>
      <w:r>
        <w:rPr>
          <w:sz w:val="22"/>
        </w:rPr>
        <w:t xml:space="preserve"> </w:t>
      </w:r>
      <w:r>
        <w:t>Family Based Model</w:t>
      </w:r>
    </w:p>
    <w:p w14:paraId="7E53F3E7" w14:textId="77777777" w:rsidR="0090226D" w:rsidRDefault="009A12B8">
      <w:pPr>
        <w:spacing w:after="20"/>
        <w:ind w:left="115"/>
      </w:pPr>
      <w:r>
        <w:rPr>
          <w:sz w:val="22"/>
        </w:rPr>
        <w:t>☐</w:t>
      </w:r>
      <w:r>
        <w:rPr>
          <w:sz w:val="22"/>
        </w:rPr>
        <w:t xml:space="preserve"> </w:t>
      </w:r>
      <w:r>
        <w:t>Parent and Confirmandi Model</w:t>
      </w:r>
    </w:p>
    <w:p w14:paraId="7D07F66C" w14:textId="77777777" w:rsidR="0090226D" w:rsidRDefault="009A12B8">
      <w:pPr>
        <w:spacing w:after="20"/>
        <w:ind w:left="115"/>
      </w:pPr>
      <w:r>
        <w:rPr>
          <w:sz w:val="22"/>
        </w:rPr>
        <w:t>☐</w:t>
      </w:r>
      <w:r>
        <w:rPr>
          <w:sz w:val="22"/>
        </w:rPr>
        <w:t xml:space="preserve"> </w:t>
      </w:r>
      <w:r>
        <w:t>Family Small Group Model</w:t>
      </w:r>
    </w:p>
    <w:p w14:paraId="2095AAD2" w14:textId="77777777" w:rsidR="0090226D" w:rsidRDefault="009A12B8">
      <w:pPr>
        <w:spacing w:after="20"/>
        <w:ind w:left="115"/>
      </w:pPr>
      <w:r>
        <w:rPr>
          <w:sz w:val="22"/>
        </w:rPr>
        <w:t>☐</w:t>
      </w:r>
      <w:r>
        <w:rPr>
          <w:sz w:val="22"/>
        </w:rPr>
        <w:t xml:space="preserve"> </w:t>
      </w:r>
      <w:proofErr w:type="gramStart"/>
      <w:r>
        <w:t>Other</w:t>
      </w:r>
      <w:proofErr w:type="gramEnd"/>
      <w:r>
        <w:t xml:space="preserve"> parish-designed model: ______________________________</w:t>
      </w:r>
    </w:p>
    <w:p w14:paraId="54806928" w14:textId="77777777" w:rsidR="0090226D" w:rsidRDefault="009A12B8">
      <w:pPr>
        <w:spacing w:after="40"/>
      </w:pPr>
      <w:r>
        <w:rPr>
          <w:b/>
          <w:color w:val="17365D"/>
        </w:rPr>
        <w:t>Why does this model best fit our parish community, families, staffing, and culture?</w:t>
      </w:r>
    </w:p>
    <w:p w14:paraId="412B5BF7" w14:textId="77777777" w:rsidR="0090226D" w:rsidRDefault="009A12B8">
      <w:pPr>
        <w:spacing w:after="0"/>
      </w:pPr>
      <w:r>
        <w:rPr>
          <w:color w:val="969696"/>
          <w:sz w:val="16"/>
        </w:rPr>
        <w:t>_________________________________________________________________________________________________________</w:t>
      </w:r>
    </w:p>
    <w:p w14:paraId="2F733E66" w14:textId="77777777" w:rsidR="0090226D" w:rsidRDefault="009A12B8">
      <w:pPr>
        <w:spacing w:after="0"/>
        <w:rPr>
          <w:color w:val="969696"/>
          <w:sz w:val="16"/>
        </w:rPr>
      </w:pPr>
      <w:r>
        <w:rPr>
          <w:color w:val="969696"/>
          <w:sz w:val="16"/>
        </w:rPr>
        <w:t>_________________________________________________________________________________________________________</w:t>
      </w:r>
    </w:p>
    <w:p w14:paraId="30D38699" w14:textId="77777777" w:rsidR="00FB76B4" w:rsidRDefault="00FB76B4" w:rsidP="00FB76B4">
      <w:pPr>
        <w:spacing w:after="0"/>
      </w:pPr>
      <w:r>
        <w:rPr>
          <w:color w:val="969696"/>
          <w:sz w:val="16"/>
        </w:rPr>
        <w:t>_________________________________________________________________________________________________________</w:t>
      </w:r>
    </w:p>
    <w:p w14:paraId="1714A56F" w14:textId="3CB78F4D" w:rsidR="00FB76B4" w:rsidRDefault="00FB76B4">
      <w:pPr>
        <w:spacing w:after="0"/>
      </w:pPr>
      <w:r>
        <w:rPr>
          <w:color w:val="969696"/>
          <w:sz w:val="16"/>
        </w:rPr>
        <w:t>_________________________________________________________________________________________________________</w:t>
      </w:r>
    </w:p>
    <w:p w14:paraId="6977E801" w14:textId="77777777" w:rsidR="0090226D" w:rsidRDefault="009A12B8">
      <w:r>
        <w:rPr>
          <w:b/>
          <w:color w:val="17365D"/>
        </w:rPr>
        <w:t>Approved / proposed formation resources:</w:t>
      </w:r>
    </w:p>
    <w:p w14:paraId="65CA9DC6" w14:textId="77777777" w:rsidR="0090226D" w:rsidRDefault="009A12B8">
      <w:pPr>
        <w:spacing w:after="20"/>
        <w:ind w:left="115"/>
      </w:pPr>
      <w:r>
        <w:rPr>
          <w:sz w:val="22"/>
        </w:rPr>
        <w:t>☐</w:t>
      </w:r>
      <w:r>
        <w:rPr>
          <w:sz w:val="22"/>
        </w:rPr>
        <w:t xml:space="preserve"> </w:t>
      </w:r>
      <w:r>
        <w:t>Signs of Grace: You Are Sent</w:t>
      </w:r>
    </w:p>
    <w:p w14:paraId="0B1990CB" w14:textId="77777777" w:rsidR="0090226D" w:rsidRDefault="009A12B8">
      <w:pPr>
        <w:spacing w:after="20"/>
        <w:ind w:left="115"/>
      </w:pPr>
      <w:r>
        <w:rPr>
          <w:sz w:val="22"/>
        </w:rPr>
        <w:t>☐</w:t>
      </w:r>
      <w:r>
        <w:rPr>
          <w:sz w:val="22"/>
        </w:rPr>
        <w:t xml:space="preserve"> </w:t>
      </w:r>
      <w:r>
        <w:t>Belong and Believe</w:t>
      </w:r>
    </w:p>
    <w:p w14:paraId="1651989F" w14:textId="77777777" w:rsidR="0090226D" w:rsidRDefault="009A12B8">
      <w:pPr>
        <w:spacing w:after="20"/>
        <w:ind w:left="115"/>
      </w:pPr>
      <w:r>
        <w:rPr>
          <w:sz w:val="22"/>
        </w:rPr>
        <w:t>☐</w:t>
      </w:r>
      <w:r>
        <w:rPr>
          <w:sz w:val="22"/>
        </w:rPr>
        <w:t xml:space="preserve"> </w:t>
      </w:r>
      <w:r>
        <w:t>Gifted with the Spirit</w:t>
      </w:r>
    </w:p>
    <w:p w14:paraId="50B2219E" w14:textId="77777777" w:rsidR="0090226D" w:rsidRDefault="009A12B8">
      <w:pPr>
        <w:spacing w:after="20"/>
        <w:ind w:left="115"/>
      </w:pPr>
      <w:r>
        <w:rPr>
          <w:sz w:val="22"/>
        </w:rPr>
        <w:t>☐</w:t>
      </w:r>
      <w:r>
        <w:rPr>
          <w:sz w:val="22"/>
        </w:rPr>
        <w:t xml:space="preserve"> </w:t>
      </w:r>
      <w:r>
        <w:t>Chosen</w:t>
      </w:r>
    </w:p>
    <w:p w14:paraId="46AB4C56" w14:textId="77777777" w:rsidR="0090226D" w:rsidRDefault="009A12B8">
      <w:pPr>
        <w:spacing w:after="20"/>
        <w:ind w:left="115"/>
      </w:pPr>
      <w:r>
        <w:rPr>
          <w:sz w:val="22"/>
        </w:rPr>
        <w:t>☐</w:t>
      </w:r>
      <w:r>
        <w:rPr>
          <w:sz w:val="22"/>
        </w:rPr>
        <w:t xml:space="preserve"> </w:t>
      </w:r>
      <w:r>
        <w:t>Decision Point</w:t>
      </w:r>
    </w:p>
    <w:p w14:paraId="77FE6B7B" w14:textId="77777777" w:rsidR="0090226D" w:rsidRDefault="009A12B8">
      <w:pPr>
        <w:spacing w:after="20"/>
        <w:ind w:left="115"/>
      </w:pPr>
      <w:r>
        <w:rPr>
          <w:sz w:val="22"/>
        </w:rPr>
        <w:t>☐</w:t>
      </w:r>
      <w:r>
        <w:rPr>
          <w:sz w:val="22"/>
        </w:rPr>
        <w:t xml:space="preserve"> </w:t>
      </w:r>
      <w:r>
        <w:t>Real + True</w:t>
      </w:r>
    </w:p>
    <w:p w14:paraId="141207BC" w14:textId="77777777" w:rsidR="0090226D" w:rsidRDefault="009A12B8">
      <w:pPr>
        <w:spacing w:after="20"/>
        <w:ind w:left="115"/>
      </w:pPr>
      <w:r>
        <w:rPr>
          <w:sz w:val="22"/>
        </w:rPr>
        <w:t>☐</w:t>
      </w:r>
      <w:r>
        <w:rPr>
          <w:sz w:val="22"/>
        </w:rPr>
        <w:t xml:space="preserve"> </w:t>
      </w:r>
      <w:r>
        <w:t>Formed (parent resource)</w:t>
      </w:r>
    </w:p>
    <w:p w14:paraId="61C6858E" w14:textId="77777777" w:rsidR="0090226D" w:rsidRDefault="009A12B8">
      <w:pPr>
        <w:spacing w:after="20"/>
        <w:ind w:left="115"/>
      </w:pPr>
      <w:r>
        <w:rPr>
          <w:sz w:val="22"/>
        </w:rPr>
        <w:t>☐</w:t>
      </w:r>
      <w:r>
        <w:rPr>
          <w:sz w:val="22"/>
        </w:rPr>
        <w:t xml:space="preserve"> </w:t>
      </w:r>
      <w:r>
        <w:t>Other resource, pending diocesan approval: ______________________________</w:t>
      </w:r>
    </w:p>
    <w:p w14:paraId="073D978D" w14:textId="77777777" w:rsidR="0090226D" w:rsidRDefault="009A12B8">
      <w:pPr>
        <w:spacing w:after="40"/>
      </w:pPr>
      <w:r>
        <w:rPr>
          <w:b/>
          <w:color w:val="17365D"/>
        </w:rPr>
        <w:t>How will parent/family formation be integrated?</w:t>
      </w:r>
    </w:p>
    <w:p w14:paraId="77E281C9" w14:textId="77777777" w:rsidR="0090226D" w:rsidRDefault="009A12B8">
      <w:pPr>
        <w:spacing w:after="0"/>
      </w:pPr>
      <w:r>
        <w:rPr>
          <w:color w:val="969696"/>
          <w:sz w:val="16"/>
        </w:rPr>
        <w:t>_________________________________________________________________________________________________________</w:t>
      </w:r>
    </w:p>
    <w:p w14:paraId="43E155D3" w14:textId="77777777" w:rsidR="0090226D" w:rsidRDefault="009A12B8">
      <w:pPr>
        <w:spacing w:after="0"/>
        <w:rPr>
          <w:color w:val="969696"/>
          <w:sz w:val="16"/>
        </w:rPr>
      </w:pPr>
      <w:r>
        <w:rPr>
          <w:color w:val="969696"/>
          <w:sz w:val="16"/>
        </w:rPr>
        <w:t>_________________________________________________________________________________________________________</w:t>
      </w:r>
    </w:p>
    <w:p w14:paraId="4BE3DE2C" w14:textId="77777777" w:rsidR="00FB76B4" w:rsidRDefault="00FB76B4" w:rsidP="00FB76B4">
      <w:pPr>
        <w:spacing w:after="0"/>
      </w:pPr>
      <w:r>
        <w:rPr>
          <w:color w:val="969696"/>
          <w:sz w:val="16"/>
        </w:rPr>
        <w:t>_________________________________________________________________________________________________________</w:t>
      </w:r>
    </w:p>
    <w:p w14:paraId="71A8EF89" w14:textId="4980CC6A" w:rsidR="00FB76B4" w:rsidRDefault="00FB76B4">
      <w:pPr>
        <w:spacing w:after="0"/>
      </w:pPr>
      <w:r>
        <w:rPr>
          <w:color w:val="969696"/>
          <w:sz w:val="16"/>
        </w:rPr>
        <w:t>_________________________________________________________________________________________________________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90226D" w14:paraId="77A6F4BF" w14:textId="77777777">
        <w:trPr>
          <w:jc w:val="center"/>
        </w:trPr>
        <w:tc>
          <w:tcPr>
            <w:tcW w:w="10368" w:type="dxa"/>
            <w:shd w:val="clear" w:color="auto" w:fill="17365D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509EBE25" w14:textId="77777777" w:rsidR="0090226D" w:rsidRDefault="009A12B8">
            <w:r>
              <w:rPr>
                <w:b/>
                <w:color w:val="FFFFFF"/>
                <w:sz w:val="24"/>
              </w:rPr>
              <w:t>4. Registration and Records</w:t>
            </w:r>
          </w:p>
        </w:tc>
      </w:tr>
    </w:tbl>
    <w:p w14:paraId="02EB378F" w14:textId="77777777" w:rsidR="0090226D" w:rsidRDefault="0090226D">
      <w:pPr>
        <w:spacing w:after="20"/>
      </w:pPr>
    </w:p>
    <w:p w14:paraId="436E8345" w14:textId="77777777" w:rsidR="0090226D" w:rsidRDefault="009A12B8">
      <w:pPr>
        <w:spacing w:after="20"/>
        <w:ind w:left="115"/>
      </w:pPr>
      <w:r>
        <w:rPr>
          <w:sz w:val="22"/>
        </w:rPr>
        <w:t>☐</w:t>
      </w:r>
      <w:r>
        <w:rPr>
          <w:sz w:val="22"/>
        </w:rPr>
        <w:t xml:space="preserve"> </w:t>
      </w:r>
      <w:r>
        <w:t>Parish registration/residence verification</w:t>
      </w:r>
    </w:p>
    <w:p w14:paraId="5804CB87" w14:textId="77777777" w:rsidR="0090226D" w:rsidRDefault="009A12B8">
      <w:pPr>
        <w:spacing w:after="20"/>
        <w:ind w:left="115"/>
      </w:pPr>
      <w:r>
        <w:rPr>
          <w:sz w:val="22"/>
        </w:rPr>
        <w:t>☐</w:t>
      </w:r>
      <w:r>
        <w:rPr>
          <w:sz w:val="22"/>
        </w:rPr>
        <w:t xml:space="preserve"> </w:t>
      </w:r>
      <w:r>
        <w:t>Baptismal records</w:t>
      </w:r>
    </w:p>
    <w:p w14:paraId="2FA41B3B" w14:textId="05B24EB0" w:rsidR="0090226D" w:rsidRDefault="4ED1D2E7">
      <w:pPr>
        <w:spacing w:after="20"/>
        <w:ind w:left="115"/>
      </w:pPr>
      <w:r w:rsidRPr="4ED1D2E7">
        <w:rPr>
          <w:sz w:val="22"/>
        </w:rPr>
        <w:t xml:space="preserve">☐ </w:t>
      </w:r>
      <w:r>
        <w:t xml:space="preserve">Sponsor information / Diocesan </w:t>
      </w:r>
      <w:r w:rsidR="62056204">
        <w:t>i</w:t>
      </w:r>
      <w:r>
        <w:t>n Good Standing Form</w:t>
      </w:r>
    </w:p>
    <w:p w14:paraId="5C1E4DBE" w14:textId="77777777" w:rsidR="0090226D" w:rsidRDefault="009A12B8">
      <w:pPr>
        <w:spacing w:after="20"/>
        <w:ind w:left="115"/>
      </w:pPr>
      <w:r>
        <w:rPr>
          <w:sz w:val="22"/>
        </w:rPr>
        <w:t>☐</w:t>
      </w:r>
      <w:r>
        <w:rPr>
          <w:sz w:val="22"/>
        </w:rPr>
        <w:t xml:space="preserve"> </w:t>
      </w:r>
      <w:r>
        <w:t>Parent contact information</w:t>
      </w:r>
    </w:p>
    <w:p w14:paraId="43AB970D" w14:textId="77777777" w:rsidR="0090226D" w:rsidRDefault="009A12B8">
      <w:pPr>
        <w:spacing w:after="20"/>
        <w:ind w:left="115"/>
      </w:pPr>
      <w:r>
        <w:rPr>
          <w:sz w:val="22"/>
        </w:rPr>
        <w:t>☐</w:t>
      </w:r>
      <w:r>
        <w:rPr>
          <w:sz w:val="22"/>
        </w:rPr>
        <w:t xml:space="preserve"> </w:t>
      </w:r>
      <w:r>
        <w:t>Other local records or permissions: ______________________________</w:t>
      </w:r>
    </w:p>
    <w:p w14:paraId="42BAB69E" w14:textId="77777777" w:rsidR="0090226D" w:rsidRDefault="009A12B8">
      <w:pPr>
        <w:spacing w:after="40"/>
      </w:pPr>
      <w:r>
        <w:rPr>
          <w:b/>
          <w:color w:val="17365D"/>
        </w:rPr>
        <w:t>Who collects and verifies records, and by what deadline?</w:t>
      </w:r>
    </w:p>
    <w:p w14:paraId="5BD77F22" w14:textId="77777777" w:rsidR="0090226D" w:rsidRDefault="009A12B8">
      <w:pPr>
        <w:spacing w:after="0"/>
      </w:pPr>
      <w:r>
        <w:rPr>
          <w:color w:val="969696"/>
          <w:sz w:val="16"/>
        </w:rPr>
        <w:t>_________________________________________________________________________________________________________</w:t>
      </w:r>
    </w:p>
    <w:p w14:paraId="58693485" w14:textId="77777777" w:rsidR="0090226D" w:rsidRDefault="009A12B8">
      <w:pPr>
        <w:spacing w:after="0"/>
        <w:rPr>
          <w:color w:val="969696"/>
          <w:sz w:val="16"/>
        </w:rPr>
      </w:pPr>
      <w:r>
        <w:rPr>
          <w:color w:val="969696"/>
          <w:sz w:val="16"/>
        </w:rPr>
        <w:t>_________________________________________________________________________________________________________</w:t>
      </w:r>
    </w:p>
    <w:p w14:paraId="35673A29" w14:textId="77777777" w:rsidR="00FB76B4" w:rsidRDefault="00FB76B4" w:rsidP="00FB76B4">
      <w:pPr>
        <w:spacing w:after="0"/>
      </w:pPr>
      <w:r>
        <w:rPr>
          <w:color w:val="969696"/>
          <w:sz w:val="16"/>
        </w:rPr>
        <w:t>_________________________________________________________________________________________________________</w:t>
      </w:r>
    </w:p>
    <w:p w14:paraId="3B004B0E" w14:textId="2C59F134" w:rsidR="00FB76B4" w:rsidRDefault="00FB76B4">
      <w:pPr>
        <w:spacing w:after="0"/>
      </w:pPr>
      <w:r>
        <w:rPr>
          <w:color w:val="969696"/>
          <w:sz w:val="16"/>
        </w:rPr>
        <w:t>_________________________________________________________________________________________________________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90226D" w14:paraId="5E5A205E" w14:textId="77777777">
        <w:trPr>
          <w:jc w:val="center"/>
        </w:trPr>
        <w:tc>
          <w:tcPr>
            <w:tcW w:w="10368" w:type="dxa"/>
            <w:shd w:val="clear" w:color="auto" w:fill="17365D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5717AF12" w14:textId="77777777" w:rsidR="0090226D" w:rsidRDefault="009A12B8">
            <w:r>
              <w:rPr>
                <w:b/>
                <w:color w:val="FFFFFF"/>
                <w:sz w:val="24"/>
              </w:rPr>
              <w:t>5. Catechist Team</w:t>
            </w:r>
          </w:p>
        </w:tc>
      </w:tr>
    </w:tbl>
    <w:p w14:paraId="6A05A809" w14:textId="77777777" w:rsidR="0090226D" w:rsidRDefault="0090226D">
      <w:pPr>
        <w:spacing w:after="20"/>
      </w:pPr>
    </w:p>
    <w:p w14:paraId="3799BD8E" w14:textId="77777777" w:rsidR="0090226D" w:rsidRDefault="009A12B8">
      <w:pPr>
        <w:spacing w:after="40"/>
      </w:pPr>
      <w:r>
        <w:rPr>
          <w:b/>
          <w:color w:val="17365D"/>
        </w:rPr>
        <w:t>Number of catechists needed and recruitment plan:</w:t>
      </w:r>
    </w:p>
    <w:p w14:paraId="54F8F976" w14:textId="77777777" w:rsidR="0090226D" w:rsidRDefault="009A12B8">
      <w:pPr>
        <w:spacing w:after="0"/>
      </w:pPr>
      <w:r>
        <w:rPr>
          <w:color w:val="969696"/>
          <w:sz w:val="16"/>
        </w:rPr>
        <w:t>_________________________________________________________________________________________________________</w:t>
      </w:r>
    </w:p>
    <w:p w14:paraId="2D7AD59E" w14:textId="77777777" w:rsidR="0090226D" w:rsidRDefault="009A12B8">
      <w:pPr>
        <w:spacing w:after="0"/>
        <w:rPr>
          <w:color w:val="969696"/>
          <w:sz w:val="16"/>
        </w:rPr>
      </w:pPr>
      <w:r>
        <w:rPr>
          <w:color w:val="969696"/>
          <w:sz w:val="16"/>
        </w:rPr>
        <w:t>_________________________________________________________________________________________________________</w:t>
      </w:r>
    </w:p>
    <w:p w14:paraId="1CC14CF3" w14:textId="77777777" w:rsidR="00FB76B4" w:rsidRDefault="00FB76B4" w:rsidP="00FB76B4">
      <w:pPr>
        <w:spacing w:after="0"/>
      </w:pPr>
      <w:r>
        <w:rPr>
          <w:color w:val="969696"/>
          <w:sz w:val="16"/>
        </w:rPr>
        <w:t>_________________________________________________________________________________________________________</w:t>
      </w:r>
    </w:p>
    <w:p w14:paraId="3EB1D434" w14:textId="77777777" w:rsidR="00FB76B4" w:rsidRDefault="00FB76B4" w:rsidP="00FB76B4">
      <w:pPr>
        <w:spacing w:after="0"/>
      </w:pPr>
      <w:r>
        <w:rPr>
          <w:color w:val="969696"/>
          <w:sz w:val="16"/>
        </w:rPr>
        <w:t>_________________________________________________________________________________________________________</w:t>
      </w:r>
    </w:p>
    <w:p w14:paraId="08AB9A35" w14:textId="77777777" w:rsidR="00FB76B4" w:rsidRDefault="00FB76B4">
      <w:pPr>
        <w:spacing w:after="0"/>
      </w:pPr>
    </w:p>
    <w:p w14:paraId="3458A102" w14:textId="77777777" w:rsidR="0090226D" w:rsidRDefault="009A12B8">
      <w:pPr>
        <w:spacing w:after="20"/>
        <w:ind w:left="115"/>
      </w:pPr>
      <w:r>
        <w:rPr>
          <w:sz w:val="22"/>
        </w:rPr>
        <w:t>☐</w:t>
      </w:r>
      <w:r>
        <w:rPr>
          <w:sz w:val="22"/>
        </w:rPr>
        <w:t xml:space="preserve"> </w:t>
      </w:r>
      <w:r>
        <w:t>Facilitate Confirmation sessions</w:t>
      </w:r>
    </w:p>
    <w:p w14:paraId="17FBEE9B" w14:textId="77777777" w:rsidR="0090226D" w:rsidRDefault="009A12B8">
      <w:pPr>
        <w:spacing w:after="20"/>
        <w:ind w:left="115"/>
      </w:pPr>
      <w:r>
        <w:rPr>
          <w:sz w:val="22"/>
        </w:rPr>
        <w:t>☐</w:t>
      </w:r>
      <w:r>
        <w:rPr>
          <w:sz w:val="22"/>
        </w:rPr>
        <w:t xml:space="preserve"> </w:t>
      </w:r>
      <w:r>
        <w:t>Coach parents/grandparents for at-home conversations</w:t>
      </w:r>
    </w:p>
    <w:p w14:paraId="09CA786D" w14:textId="77777777" w:rsidR="0090226D" w:rsidRDefault="009A12B8">
      <w:pPr>
        <w:spacing w:after="20"/>
        <w:ind w:left="115"/>
      </w:pPr>
      <w:r>
        <w:rPr>
          <w:sz w:val="22"/>
        </w:rPr>
        <w:t>☐</w:t>
      </w:r>
      <w:r>
        <w:rPr>
          <w:sz w:val="22"/>
        </w:rPr>
        <w:t xml:space="preserve"> </w:t>
      </w:r>
      <w:r>
        <w:t>Assist with prayer, hospitality, service, or retreat</w:t>
      </w:r>
    </w:p>
    <w:p w14:paraId="01BEEC4A" w14:textId="77777777" w:rsidR="0090226D" w:rsidRDefault="009A12B8">
      <w:pPr>
        <w:spacing w:after="20"/>
        <w:ind w:left="115"/>
      </w:pPr>
      <w:r>
        <w:rPr>
          <w:sz w:val="22"/>
        </w:rPr>
        <w:t>☐</w:t>
      </w:r>
      <w:r>
        <w:rPr>
          <w:sz w:val="22"/>
        </w:rPr>
        <w:t xml:space="preserve"> </w:t>
      </w:r>
      <w:r>
        <w:t>Support communication with sponsors and parents</w:t>
      </w:r>
    </w:p>
    <w:p w14:paraId="6A71DC2D" w14:textId="77777777" w:rsidR="0090226D" w:rsidRDefault="009A12B8">
      <w:pPr>
        <w:spacing w:after="20"/>
        <w:ind w:left="115"/>
      </w:pPr>
      <w:r>
        <w:rPr>
          <w:sz w:val="22"/>
        </w:rPr>
        <w:t>☐</w:t>
      </w:r>
      <w:r>
        <w:rPr>
          <w:sz w:val="22"/>
        </w:rPr>
        <w:t xml:space="preserve"> </w:t>
      </w:r>
      <w:r>
        <w:t>Track paperwork / administrative tasks</w:t>
      </w:r>
    </w:p>
    <w:p w14:paraId="444EE99E" w14:textId="77777777" w:rsidR="0090226D" w:rsidRDefault="009A12B8">
      <w:pPr>
        <w:spacing w:after="20"/>
        <w:ind w:left="115"/>
      </w:pPr>
      <w:r>
        <w:rPr>
          <w:sz w:val="22"/>
        </w:rPr>
        <w:t>☐</w:t>
      </w:r>
      <w:r>
        <w:rPr>
          <w:sz w:val="22"/>
        </w:rPr>
        <w:t xml:space="preserve"> </w:t>
      </w:r>
      <w:r>
        <w:t>Other: ______________________________</w:t>
      </w:r>
    </w:p>
    <w:p w14:paraId="0B6A0420" w14:textId="77777777" w:rsidR="0090226D" w:rsidRDefault="009A12B8">
      <w:pPr>
        <w:spacing w:after="40"/>
      </w:pPr>
      <w:r>
        <w:rPr>
          <w:b/>
          <w:color w:val="17365D"/>
        </w:rPr>
        <w:t>What formation and support will catechists need before the program begins?</w:t>
      </w:r>
    </w:p>
    <w:p w14:paraId="78207148" w14:textId="77777777" w:rsidR="0090226D" w:rsidRDefault="009A12B8">
      <w:pPr>
        <w:spacing w:after="0"/>
      </w:pPr>
      <w:r>
        <w:rPr>
          <w:color w:val="969696"/>
          <w:sz w:val="16"/>
        </w:rPr>
        <w:t>_________________________________________________________________________________________________________</w:t>
      </w:r>
    </w:p>
    <w:p w14:paraId="5DF54C36" w14:textId="77777777" w:rsidR="0090226D" w:rsidRDefault="4ED1D2E7">
      <w:pPr>
        <w:spacing w:after="0"/>
      </w:pPr>
      <w:r w:rsidRPr="4ED1D2E7">
        <w:rPr>
          <w:color w:val="969696"/>
          <w:sz w:val="16"/>
          <w:szCs w:val="16"/>
        </w:rPr>
        <w:t>_________________________________________________________________________________________________________</w:t>
      </w:r>
    </w:p>
    <w:p w14:paraId="5F5E9A21" w14:textId="77777777" w:rsidR="17ADF4F7" w:rsidRDefault="17ADF4F7" w:rsidP="4ED1D2E7">
      <w:pPr>
        <w:spacing w:after="0"/>
      </w:pPr>
      <w:r w:rsidRPr="4ED1D2E7">
        <w:rPr>
          <w:color w:val="969696"/>
          <w:sz w:val="16"/>
          <w:szCs w:val="16"/>
        </w:rPr>
        <w:t>_________________________________________________________________________________________________________</w:t>
      </w:r>
    </w:p>
    <w:p w14:paraId="475A681B" w14:textId="77777777" w:rsidR="17ADF4F7" w:rsidRDefault="17ADF4F7" w:rsidP="4ED1D2E7">
      <w:pPr>
        <w:spacing w:after="0"/>
      </w:pPr>
      <w:r w:rsidRPr="4ED1D2E7">
        <w:rPr>
          <w:color w:val="969696"/>
          <w:sz w:val="16"/>
          <w:szCs w:val="16"/>
        </w:rPr>
        <w:t>_________________________________________________________________________________________________________</w:t>
      </w:r>
    </w:p>
    <w:p w14:paraId="3F3F2EBD" w14:textId="77777777" w:rsidR="17ADF4F7" w:rsidRDefault="17ADF4F7">
      <w:r w:rsidRPr="4ED1D2E7">
        <w:rPr>
          <w:b/>
          <w:bCs/>
          <w:color w:val="FFFFFF" w:themeColor="background1"/>
          <w:sz w:val="24"/>
          <w:szCs w:val="24"/>
        </w:rPr>
        <w:t>6. Calendar and Required Components</w:t>
      </w:r>
    </w:p>
    <w:p w14:paraId="23AE9486" w14:textId="473A0A72" w:rsidR="4ED1D2E7" w:rsidRDefault="4ED1D2E7" w:rsidP="4ED1D2E7">
      <w:pPr>
        <w:spacing w:after="0"/>
        <w:rPr>
          <w:color w:val="969696"/>
          <w:sz w:val="16"/>
          <w:szCs w:val="16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90226D" w14:paraId="27A42285" w14:textId="77777777">
        <w:trPr>
          <w:jc w:val="center"/>
        </w:trPr>
        <w:tc>
          <w:tcPr>
            <w:tcW w:w="10368" w:type="dxa"/>
            <w:shd w:val="clear" w:color="auto" w:fill="17365D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193857BB" w14:textId="77777777" w:rsidR="0090226D" w:rsidRDefault="009A12B8">
            <w:r>
              <w:rPr>
                <w:b/>
                <w:color w:val="FFFFFF"/>
                <w:sz w:val="24"/>
              </w:rPr>
              <w:t>6. Calendar and Required Components</w:t>
            </w:r>
          </w:p>
        </w:tc>
      </w:tr>
    </w:tbl>
    <w:p w14:paraId="5A39BBE3" w14:textId="77777777" w:rsidR="0090226D" w:rsidRDefault="0090226D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472"/>
      </w:tblGrid>
      <w:tr w:rsidR="0090226D" w14:paraId="0C7D1E2B" w14:textId="77777777" w:rsidTr="4ED1D2E7">
        <w:trPr>
          <w:jc w:val="center"/>
        </w:trPr>
        <w:tc>
          <w:tcPr>
            <w:tcW w:w="5184" w:type="dxa"/>
            <w:shd w:val="clear" w:color="auto" w:fill="17365D" w:themeFill="text2" w:themeFillShade="B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8089E2F" w14:textId="77777777" w:rsidR="0090226D" w:rsidRDefault="009A12B8">
            <w:r>
              <w:rPr>
                <w:b/>
                <w:color w:val="FFFFFF"/>
              </w:rPr>
              <w:t>Component</w:t>
            </w:r>
          </w:p>
        </w:tc>
        <w:tc>
          <w:tcPr>
            <w:tcW w:w="5184" w:type="dxa"/>
            <w:shd w:val="clear" w:color="auto" w:fill="17365D" w:themeFill="text2" w:themeFillShade="B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6693F49" w14:textId="77777777" w:rsidR="0090226D" w:rsidRDefault="009A12B8">
            <w:r>
              <w:rPr>
                <w:b/>
                <w:color w:val="FFFFFF"/>
              </w:rPr>
              <w:t>Our Initial Plan / Timing</w:t>
            </w:r>
          </w:p>
        </w:tc>
      </w:tr>
      <w:tr w:rsidR="0090226D" w14:paraId="3C66E919" w14:textId="77777777" w:rsidTr="4ED1D2E7">
        <w:trPr>
          <w:jc w:val="center"/>
        </w:trPr>
        <w:tc>
          <w:tcPr>
            <w:tcW w:w="4464" w:type="dxa"/>
            <w:shd w:val="clear" w:color="auto" w:fill="F2F4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C18C1A" w14:textId="34DC9CBE" w:rsidR="0090226D" w:rsidRDefault="4ED1D2E7">
            <w:r>
              <w:t>Target month for Confirmation</w:t>
            </w:r>
            <w:r w:rsidR="0F104ACF">
              <w:t xml:space="preserve"> Liturgy</w:t>
            </w:r>
          </w:p>
        </w:tc>
        <w:tc>
          <w:tcPr>
            <w:tcW w:w="547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C8F396" w14:textId="77777777" w:rsidR="0090226D" w:rsidRDefault="0090226D"/>
        </w:tc>
      </w:tr>
      <w:tr w:rsidR="0090226D" w14:paraId="26B1CFA5" w14:textId="77777777" w:rsidTr="4ED1D2E7">
        <w:trPr>
          <w:jc w:val="center"/>
        </w:trPr>
        <w:tc>
          <w:tcPr>
            <w:tcW w:w="4464" w:type="dxa"/>
            <w:shd w:val="clear" w:color="auto" w:fill="F2F4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B8924D" w14:textId="77777777" w:rsidR="0090226D" w:rsidRDefault="009A12B8">
            <w:r>
              <w:t>Parent/confirmandi opening meeting</w:t>
            </w:r>
          </w:p>
        </w:tc>
        <w:tc>
          <w:tcPr>
            <w:tcW w:w="547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A3D3EC" w14:textId="77777777" w:rsidR="0090226D" w:rsidRDefault="0090226D"/>
        </w:tc>
      </w:tr>
      <w:tr w:rsidR="0090226D" w14:paraId="0C9EC970" w14:textId="77777777" w:rsidTr="4ED1D2E7">
        <w:trPr>
          <w:jc w:val="center"/>
        </w:trPr>
        <w:tc>
          <w:tcPr>
            <w:tcW w:w="4464" w:type="dxa"/>
            <w:shd w:val="clear" w:color="auto" w:fill="F2F4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A37399" w14:textId="77777777" w:rsidR="0090226D" w:rsidRDefault="009A12B8">
            <w:r>
              <w:t>Nine formation sessions</w:t>
            </w:r>
          </w:p>
        </w:tc>
        <w:tc>
          <w:tcPr>
            <w:tcW w:w="547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0B940D" w14:textId="77777777" w:rsidR="0090226D" w:rsidRDefault="0090226D"/>
        </w:tc>
      </w:tr>
      <w:tr w:rsidR="0090226D" w14:paraId="4505ACE4" w14:textId="77777777" w:rsidTr="4ED1D2E7">
        <w:trPr>
          <w:jc w:val="center"/>
        </w:trPr>
        <w:tc>
          <w:tcPr>
            <w:tcW w:w="4464" w:type="dxa"/>
            <w:shd w:val="clear" w:color="auto" w:fill="F2F4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B51B46" w14:textId="77777777" w:rsidR="0090226D" w:rsidRDefault="009A12B8">
            <w:r>
              <w:t>Sponsor Chats (3 or 4 encouraged)</w:t>
            </w:r>
          </w:p>
        </w:tc>
        <w:tc>
          <w:tcPr>
            <w:tcW w:w="547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27B00A" w14:textId="77777777" w:rsidR="0090226D" w:rsidRDefault="0090226D"/>
        </w:tc>
      </w:tr>
      <w:tr w:rsidR="0090226D" w14:paraId="2876CE93" w14:textId="77777777" w:rsidTr="4ED1D2E7">
        <w:trPr>
          <w:jc w:val="center"/>
        </w:trPr>
        <w:tc>
          <w:tcPr>
            <w:tcW w:w="4464" w:type="dxa"/>
            <w:shd w:val="clear" w:color="auto" w:fill="F2F4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FA136A" w14:textId="77777777" w:rsidR="0090226D" w:rsidRDefault="009A12B8">
            <w:r>
              <w:t>Saint exploration / selection</w:t>
            </w:r>
          </w:p>
        </w:tc>
        <w:tc>
          <w:tcPr>
            <w:tcW w:w="547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061E4C" w14:textId="77777777" w:rsidR="0090226D" w:rsidRDefault="0090226D"/>
        </w:tc>
      </w:tr>
      <w:tr w:rsidR="0090226D" w14:paraId="239E8FD5" w14:textId="77777777" w:rsidTr="4ED1D2E7">
        <w:trPr>
          <w:jc w:val="center"/>
        </w:trPr>
        <w:tc>
          <w:tcPr>
            <w:tcW w:w="4464" w:type="dxa"/>
            <w:shd w:val="clear" w:color="auto" w:fill="F2F4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17D357" w14:textId="77777777" w:rsidR="0090226D" w:rsidRDefault="009A12B8">
            <w:r>
              <w:t>Service expectations</w:t>
            </w:r>
          </w:p>
        </w:tc>
        <w:tc>
          <w:tcPr>
            <w:tcW w:w="547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EAFD9C" w14:textId="77777777" w:rsidR="0090226D" w:rsidRDefault="0090226D"/>
        </w:tc>
      </w:tr>
      <w:tr w:rsidR="0090226D" w14:paraId="0137B994" w14:textId="77777777" w:rsidTr="4ED1D2E7">
        <w:trPr>
          <w:jc w:val="center"/>
        </w:trPr>
        <w:tc>
          <w:tcPr>
            <w:tcW w:w="4464" w:type="dxa"/>
            <w:shd w:val="clear" w:color="auto" w:fill="F2F4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033A0B" w14:textId="77777777" w:rsidR="0090226D" w:rsidRDefault="009A12B8">
            <w:r>
              <w:t>Retreat</w:t>
            </w:r>
          </w:p>
        </w:tc>
        <w:tc>
          <w:tcPr>
            <w:tcW w:w="547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94D5A5" w14:textId="77777777" w:rsidR="0090226D" w:rsidRDefault="0090226D"/>
        </w:tc>
      </w:tr>
      <w:tr w:rsidR="0090226D" w14:paraId="11648219" w14:textId="77777777" w:rsidTr="4ED1D2E7">
        <w:trPr>
          <w:jc w:val="center"/>
        </w:trPr>
        <w:tc>
          <w:tcPr>
            <w:tcW w:w="4464" w:type="dxa"/>
            <w:shd w:val="clear" w:color="auto" w:fill="F2F4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7DF66A" w14:textId="77777777" w:rsidR="0090226D" w:rsidRDefault="009A12B8">
            <w:r>
              <w:t>Reconciliation</w:t>
            </w:r>
          </w:p>
        </w:tc>
        <w:tc>
          <w:tcPr>
            <w:tcW w:w="547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EEC669" w14:textId="77777777" w:rsidR="0090226D" w:rsidRDefault="0090226D"/>
        </w:tc>
      </w:tr>
      <w:tr w:rsidR="0090226D" w14:paraId="1703DA37" w14:textId="77777777" w:rsidTr="4ED1D2E7">
        <w:trPr>
          <w:jc w:val="center"/>
        </w:trPr>
        <w:tc>
          <w:tcPr>
            <w:tcW w:w="4464" w:type="dxa"/>
            <w:shd w:val="clear" w:color="auto" w:fill="F2F4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2FEB81" w14:textId="77777777" w:rsidR="0090226D" w:rsidRDefault="009A12B8">
            <w:r>
              <w:t>Final session / Mass preparation</w:t>
            </w:r>
          </w:p>
        </w:tc>
        <w:tc>
          <w:tcPr>
            <w:tcW w:w="547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56B9AB" w14:textId="77777777" w:rsidR="0090226D" w:rsidRDefault="0090226D"/>
        </w:tc>
      </w:tr>
    </w:tbl>
    <w:p w14:paraId="10767348" w14:textId="77777777" w:rsidR="0090226D" w:rsidRDefault="009A12B8">
      <w:pPr>
        <w:spacing w:after="40"/>
      </w:pPr>
      <w:r>
        <w:rPr>
          <w:b/>
          <w:color w:val="17365D"/>
        </w:rPr>
        <w:t>Mass participation: Will we track it? If so, how will we pastorally encourage and document participation?</w:t>
      </w:r>
    </w:p>
    <w:p w14:paraId="09CC24B3" w14:textId="77777777" w:rsidR="0090226D" w:rsidRDefault="009A12B8">
      <w:pPr>
        <w:spacing w:after="0"/>
      </w:pPr>
      <w:r>
        <w:rPr>
          <w:color w:val="969696"/>
          <w:sz w:val="16"/>
        </w:rPr>
        <w:t>_________________________________________________________________________________________________________</w:t>
      </w:r>
    </w:p>
    <w:p w14:paraId="5D1FC9F6" w14:textId="77777777" w:rsidR="0090226D" w:rsidRDefault="009A12B8">
      <w:pPr>
        <w:spacing w:after="0"/>
        <w:rPr>
          <w:color w:val="969696"/>
          <w:sz w:val="16"/>
        </w:rPr>
      </w:pPr>
      <w:r>
        <w:rPr>
          <w:color w:val="969696"/>
          <w:sz w:val="16"/>
        </w:rPr>
        <w:t>_________________________________________________________________________________________________________</w:t>
      </w:r>
    </w:p>
    <w:p w14:paraId="5569E6B7" w14:textId="77777777" w:rsidR="00FB76B4" w:rsidRDefault="00FB76B4" w:rsidP="00FB76B4">
      <w:pPr>
        <w:spacing w:after="0"/>
      </w:pPr>
      <w:r>
        <w:rPr>
          <w:color w:val="969696"/>
          <w:sz w:val="16"/>
        </w:rPr>
        <w:t>_________________________________________________________________________________________________________</w:t>
      </w:r>
    </w:p>
    <w:p w14:paraId="3099E5D0" w14:textId="4CAD587A" w:rsidR="00FB76B4" w:rsidRDefault="00FB76B4">
      <w:pPr>
        <w:spacing w:after="0"/>
      </w:pPr>
      <w:r>
        <w:rPr>
          <w:color w:val="969696"/>
          <w:sz w:val="16"/>
        </w:rPr>
        <w:t>_________________________________________________________________________________________________________</w:t>
      </w:r>
    </w:p>
    <w:p w14:paraId="4C237E12" w14:textId="77777777" w:rsidR="0090226D" w:rsidRDefault="009A12B8">
      <w:pPr>
        <w:spacing w:after="40"/>
      </w:pPr>
      <w:r>
        <w:rPr>
          <w:b/>
          <w:color w:val="17365D"/>
        </w:rPr>
        <w:t>Other components or local traditions to include:</w:t>
      </w:r>
    </w:p>
    <w:p w14:paraId="2AE5999B" w14:textId="77777777" w:rsidR="0090226D" w:rsidRDefault="009A12B8">
      <w:pPr>
        <w:spacing w:after="0"/>
      </w:pPr>
      <w:r>
        <w:rPr>
          <w:color w:val="969696"/>
          <w:sz w:val="16"/>
        </w:rPr>
        <w:t>_________________________________________________________________________________________________________</w:t>
      </w:r>
    </w:p>
    <w:p w14:paraId="0D8D4201" w14:textId="77777777" w:rsidR="0090226D" w:rsidRDefault="009A12B8">
      <w:pPr>
        <w:spacing w:after="0"/>
      </w:pPr>
      <w:r>
        <w:rPr>
          <w:color w:val="969696"/>
          <w:sz w:val="16"/>
        </w:rPr>
        <w:t>_________________________________________________________________________________________________________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90226D" w14:paraId="48505F29" w14:textId="77777777">
        <w:trPr>
          <w:jc w:val="center"/>
        </w:trPr>
        <w:tc>
          <w:tcPr>
            <w:tcW w:w="10368" w:type="dxa"/>
            <w:shd w:val="clear" w:color="auto" w:fill="17365D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7E2C7155" w14:textId="77777777" w:rsidR="0090226D" w:rsidRDefault="009A12B8">
            <w:r>
              <w:rPr>
                <w:b/>
                <w:color w:val="FFFFFF"/>
                <w:sz w:val="24"/>
              </w:rPr>
              <w:lastRenderedPageBreak/>
              <w:t>7. Tracking Readiness and Progress</w:t>
            </w:r>
          </w:p>
        </w:tc>
      </w:tr>
    </w:tbl>
    <w:p w14:paraId="45FB0818" w14:textId="77777777" w:rsidR="0090226D" w:rsidRDefault="0090226D">
      <w:pPr>
        <w:spacing w:after="20"/>
      </w:pPr>
    </w:p>
    <w:p w14:paraId="157BD09A" w14:textId="77777777" w:rsidR="0090226D" w:rsidRDefault="009A12B8">
      <w:pPr>
        <w:spacing w:after="40"/>
      </w:pPr>
      <w:r>
        <w:rPr>
          <w:b/>
          <w:color w:val="17365D"/>
        </w:rPr>
        <w:t>What record or system will we use to track each confirmand’s progress?</w:t>
      </w:r>
    </w:p>
    <w:p w14:paraId="4EFB09E2" w14:textId="77777777" w:rsidR="0090226D" w:rsidRDefault="009A12B8">
      <w:pPr>
        <w:spacing w:after="0"/>
      </w:pPr>
      <w:r>
        <w:rPr>
          <w:color w:val="969696"/>
          <w:sz w:val="16"/>
        </w:rPr>
        <w:t>_________________________________________________________________________________________________________</w:t>
      </w:r>
    </w:p>
    <w:p w14:paraId="0CE16BFB" w14:textId="77777777" w:rsidR="0090226D" w:rsidRDefault="009A12B8">
      <w:pPr>
        <w:spacing w:after="0"/>
      </w:pPr>
      <w:r>
        <w:rPr>
          <w:color w:val="969696"/>
          <w:sz w:val="16"/>
        </w:rPr>
        <w:t>_________________________________________________________________________________________________________</w:t>
      </w:r>
    </w:p>
    <w:p w14:paraId="385734B1" w14:textId="77777777" w:rsidR="0090226D" w:rsidRDefault="009A12B8">
      <w:pPr>
        <w:spacing w:after="20"/>
        <w:ind w:left="115"/>
      </w:pPr>
      <w:r>
        <w:rPr>
          <w:sz w:val="22"/>
        </w:rPr>
        <w:t>☐</w:t>
      </w:r>
      <w:r>
        <w:rPr>
          <w:sz w:val="22"/>
        </w:rPr>
        <w:t xml:space="preserve"> </w:t>
      </w:r>
      <w:r>
        <w:t>Formation session participation</w:t>
      </w:r>
    </w:p>
    <w:p w14:paraId="6546FAE9" w14:textId="77777777" w:rsidR="0090226D" w:rsidRDefault="009A12B8">
      <w:pPr>
        <w:spacing w:after="20"/>
        <w:ind w:left="115"/>
      </w:pPr>
      <w:r>
        <w:rPr>
          <w:sz w:val="22"/>
        </w:rPr>
        <w:t>☐</w:t>
      </w:r>
      <w:r>
        <w:rPr>
          <w:sz w:val="22"/>
        </w:rPr>
        <w:t xml:space="preserve"> </w:t>
      </w:r>
      <w:r>
        <w:t>At Home Conversations</w:t>
      </w:r>
    </w:p>
    <w:p w14:paraId="3193A9DB" w14:textId="77777777" w:rsidR="0090226D" w:rsidRDefault="009A12B8">
      <w:pPr>
        <w:spacing w:after="20"/>
        <w:ind w:left="115"/>
      </w:pPr>
      <w:r>
        <w:rPr>
          <w:sz w:val="22"/>
        </w:rPr>
        <w:t>☐</w:t>
      </w:r>
      <w:r>
        <w:rPr>
          <w:sz w:val="22"/>
        </w:rPr>
        <w:t xml:space="preserve"> </w:t>
      </w:r>
      <w:r>
        <w:t>Sponsor Chats</w:t>
      </w:r>
    </w:p>
    <w:p w14:paraId="322AAD82" w14:textId="77777777" w:rsidR="0090226D" w:rsidRDefault="009A12B8">
      <w:pPr>
        <w:spacing w:after="20"/>
        <w:ind w:left="115"/>
      </w:pPr>
      <w:r>
        <w:rPr>
          <w:sz w:val="22"/>
        </w:rPr>
        <w:t>☐</w:t>
      </w:r>
      <w:r>
        <w:rPr>
          <w:sz w:val="22"/>
        </w:rPr>
        <w:t xml:space="preserve"> </w:t>
      </w:r>
      <w:r>
        <w:t>Saint selection</w:t>
      </w:r>
    </w:p>
    <w:p w14:paraId="078FB29E" w14:textId="77777777" w:rsidR="0090226D" w:rsidRDefault="009A12B8">
      <w:pPr>
        <w:spacing w:after="20"/>
        <w:ind w:left="115"/>
      </w:pPr>
      <w:r>
        <w:rPr>
          <w:sz w:val="22"/>
        </w:rPr>
        <w:t>☐</w:t>
      </w:r>
      <w:r>
        <w:rPr>
          <w:sz w:val="22"/>
        </w:rPr>
        <w:t xml:space="preserve"> </w:t>
      </w:r>
      <w:r>
        <w:t>Sponsor eligibility / paperwork</w:t>
      </w:r>
    </w:p>
    <w:p w14:paraId="5BCADA30" w14:textId="77777777" w:rsidR="0090226D" w:rsidRDefault="009A12B8">
      <w:pPr>
        <w:spacing w:after="20"/>
        <w:ind w:left="115"/>
      </w:pPr>
      <w:r>
        <w:rPr>
          <w:sz w:val="22"/>
        </w:rPr>
        <w:t>☐</w:t>
      </w:r>
      <w:r>
        <w:rPr>
          <w:sz w:val="22"/>
        </w:rPr>
        <w:t xml:space="preserve"> </w:t>
      </w:r>
      <w:r>
        <w:t>Retreat participation</w:t>
      </w:r>
    </w:p>
    <w:p w14:paraId="1F312445" w14:textId="77777777" w:rsidR="0090226D" w:rsidRDefault="009A12B8">
      <w:pPr>
        <w:spacing w:after="20"/>
        <w:ind w:left="115"/>
      </w:pPr>
      <w:r>
        <w:rPr>
          <w:sz w:val="22"/>
        </w:rPr>
        <w:t>☐</w:t>
      </w:r>
      <w:r>
        <w:rPr>
          <w:sz w:val="22"/>
        </w:rPr>
        <w:t xml:space="preserve"> </w:t>
      </w:r>
      <w:r>
        <w:t>Service expectations</w:t>
      </w:r>
    </w:p>
    <w:p w14:paraId="170DEC34" w14:textId="77777777" w:rsidR="0090226D" w:rsidRDefault="009A12B8">
      <w:pPr>
        <w:spacing w:after="20"/>
        <w:ind w:left="115"/>
      </w:pPr>
      <w:r>
        <w:rPr>
          <w:sz w:val="22"/>
        </w:rPr>
        <w:t>☐</w:t>
      </w:r>
      <w:r>
        <w:rPr>
          <w:sz w:val="22"/>
        </w:rPr>
        <w:t xml:space="preserve"> </w:t>
      </w:r>
      <w:r>
        <w:t>Reconciliation opportunity</w:t>
      </w:r>
    </w:p>
    <w:p w14:paraId="413B1A51" w14:textId="77777777" w:rsidR="0090226D" w:rsidRDefault="009A12B8">
      <w:pPr>
        <w:spacing w:after="20"/>
        <w:ind w:left="115"/>
      </w:pPr>
      <w:r>
        <w:rPr>
          <w:sz w:val="22"/>
        </w:rPr>
        <w:t>☐</w:t>
      </w:r>
      <w:r>
        <w:rPr>
          <w:sz w:val="22"/>
        </w:rPr>
        <w:t xml:space="preserve"> </w:t>
      </w:r>
      <w:r>
        <w:t>Other: ______________________________</w:t>
      </w:r>
    </w:p>
    <w:p w14:paraId="47E9EFCF" w14:textId="77777777" w:rsidR="0090226D" w:rsidRDefault="009A12B8">
      <w:pPr>
        <w:spacing w:after="40"/>
      </w:pPr>
      <w:r>
        <w:rPr>
          <w:b/>
          <w:color w:val="17365D"/>
        </w:rPr>
        <w:t>How will we respond when a confirmand is missing a required component?</w:t>
      </w:r>
    </w:p>
    <w:p w14:paraId="34FCEB2D" w14:textId="77777777" w:rsidR="0090226D" w:rsidRDefault="009A12B8">
      <w:pPr>
        <w:spacing w:after="0"/>
      </w:pPr>
      <w:r>
        <w:rPr>
          <w:color w:val="969696"/>
          <w:sz w:val="16"/>
        </w:rPr>
        <w:t>_________________________________________________________________________________________________________</w:t>
      </w:r>
    </w:p>
    <w:p w14:paraId="4DB768C8" w14:textId="77777777" w:rsidR="0090226D" w:rsidRDefault="009A12B8">
      <w:pPr>
        <w:spacing w:after="0"/>
        <w:rPr>
          <w:color w:val="969696"/>
          <w:sz w:val="16"/>
        </w:rPr>
      </w:pPr>
      <w:r>
        <w:rPr>
          <w:color w:val="969696"/>
          <w:sz w:val="16"/>
        </w:rPr>
        <w:t>_________________________________________________________________________________________________________</w:t>
      </w:r>
    </w:p>
    <w:p w14:paraId="014A90E4" w14:textId="77777777" w:rsidR="00FB76B4" w:rsidRDefault="00FB76B4" w:rsidP="00FB76B4">
      <w:pPr>
        <w:spacing w:after="0"/>
      </w:pPr>
      <w:r>
        <w:rPr>
          <w:color w:val="969696"/>
          <w:sz w:val="16"/>
        </w:rPr>
        <w:t>_________________________________________________________________________________________________________</w:t>
      </w:r>
    </w:p>
    <w:p w14:paraId="6B945C26" w14:textId="6E89C80B" w:rsidR="00FB76B4" w:rsidRDefault="00FB76B4">
      <w:pPr>
        <w:spacing w:after="0"/>
      </w:pPr>
      <w:r>
        <w:rPr>
          <w:color w:val="969696"/>
          <w:sz w:val="16"/>
        </w:rPr>
        <w:t>_________________________________________________________________________________________________________</w:t>
      </w:r>
    </w:p>
    <w:p w14:paraId="2B2C687D" w14:textId="77777777" w:rsidR="0090226D" w:rsidRDefault="009A12B8">
      <w:pPr>
        <w:spacing w:after="40"/>
      </w:pPr>
      <w:r>
        <w:rPr>
          <w:b/>
          <w:color w:val="17365D"/>
        </w:rPr>
        <w:t>What will help us confidently determine readiness to receive the Sacrament of Confirmation?</w:t>
      </w:r>
    </w:p>
    <w:p w14:paraId="6E0149B9" w14:textId="77777777" w:rsidR="0090226D" w:rsidRDefault="009A12B8">
      <w:pPr>
        <w:spacing w:after="0"/>
      </w:pPr>
      <w:r>
        <w:rPr>
          <w:color w:val="969696"/>
          <w:sz w:val="16"/>
        </w:rPr>
        <w:t>_________________________________________________________________________________________________________</w:t>
      </w:r>
    </w:p>
    <w:p w14:paraId="70FC31F3" w14:textId="77777777" w:rsidR="0090226D" w:rsidRDefault="009A12B8">
      <w:pPr>
        <w:spacing w:after="0"/>
      </w:pPr>
      <w:r>
        <w:rPr>
          <w:color w:val="969696"/>
          <w:sz w:val="16"/>
        </w:rPr>
        <w:t>_________________________________________________________________________________________________________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90226D" w14:paraId="2E1A5071" w14:textId="77777777">
        <w:trPr>
          <w:jc w:val="center"/>
        </w:trPr>
        <w:tc>
          <w:tcPr>
            <w:tcW w:w="10368" w:type="dxa"/>
            <w:shd w:val="clear" w:color="auto" w:fill="17365D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505451F2" w14:textId="77777777" w:rsidR="0090226D" w:rsidRDefault="009A12B8">
            <w:r>
              <w:rPr>
                <w:b/>
                <w:color w:val="FFFFFF"/>
                <w:sz w:val="24"/>
              </w:rPr>
              <w:t>8. Decisions, Questions, and Next Steps</w:t>
            </w:r>
          </w:p>
        </w:tc>
      </w:tr>
    </w:tbl>
    <w:p w14:paraId="049F31CB" w14:textId="77777777" w:rsidR="0090226D" w:rsidRDefault="0090226D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28"/>
        <w:gridCol w:w="3456"/>
        <w:gridCol w:w="3456"/>
      </w:tblGrid>
      <w:tr w:rsidR="0090226D" w14:paraId="599B502F" w14:textId="77777777">
        <w:trPr>
          <w:jc w:val="center"/>
        </w:trPr>
        <w:tc>
          <w:tcPr>
            <w:tcW w:w="5328" w:type="dxa"/>
            <w:shd w:val="clear" w:color="auto" w:fill="17365D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9C3E10F" w14:textId="77777777" w:rsidR="0090226D" w:rsidRDefault="009A12B8">
            <w:r>
              <w:rPr>
                <w:b/>
                <w:color w:val="FFFFFF"/>
              </w:rPr>
              <w:t>Action / Decision</w:t>
            </w:r>
          </w:p>
        </w:tc>
        <w:tc>
          <w:tcPr>
            <w:tcW w:w="2304" w:type="dxa"/>
            <w:shd w:val="clear" w:color="auto" w:fill="17365D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DD9C098" w14:textId="77777777" w:rsidR="0090226D" w:rsidRDefault="009A12B8">
            <w:r>
              <w:rPr>
                <w:b/>
                <w:color w:val="FFFFFF"/>
              </w:rPr>
              <w:t>Person Responsible</w:t>
            </w:r>
          </w:p>
        </w:tc>
        <w:tc>
          <w:tcPr>
            <w:tcW w:w="2016" w:type="dxa"/>
            <w:shd w:val="clear" w:color="auto" w:fill="17365D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40D3BBE" w14:textId="77777777" w:rsidR="0090226D" w:rsidRDefault="009A12B8">
            <w:r>
              <w:rPr>
                <w:b/>
                <w:color w:val="FFFFFF"/>
              </w:rPr>
              <w:t>Target Date</w:t>
            </w:r>
          </w:p>
        </w:tc>
      </w:tr>
      <w:tr w:rsidR="0090226D" w14:paraId="53128261" w14:textId="77777777">
        <w:trPr>
          <w:jc w:val="center"/>
        </w:trPr>
        <w:tc>
          <w:tcPr>
            <w:tcW w:w="3456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2486C05" w14:textId="77777777" w:rsidR="0090226D" w:rsidRDefault="009A12B8">
            <w:r>
              <w:br/>
            </w:r>
          </w:p>
        </w:tc>
        <w:tc>
          <w:tcPr>
            <w:tcW w:w="3456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101652C" w14:textId="77777777" w:rsidR="0090226D" w:rsidRDefault="009A12B8">
            <w:r>
              <w:br/>
            </w:r>
          </w:p>
        </w:tc>
        <w:tc>
          <w:tcPr>
            <w:tcW w:w="3456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B99056E" w14:textId="77777777" w:rsidR="0090226D" w:rsidRDefault="009A12B8">
            <w:r>
              <w:br/>
            </w:r>
          </w:p>
        </w:tc>
      </w:tr>
      <w:tr w:rsidR="0090226D" w14:paraId="1299C43A" w14:textId="77777777">
        <w:trPr>
          <w:jc w:val="center"/>
        </w:trPr>
        <w:tc>
          <w:tcPr>
            <w:tcW w:w="3456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DDBEF00" w14:textId="77777777" w:rsidR="0090226D" w:rsidRDefault="009A12B8">
            <w:r>
              <w:br/>
            </w:r>
          </w:p>
        </w:tc>
        <w:tc>
          <w:tcPr>
            <w:tcW w:w="3456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461D779" w14:textId="77777777" w:rsidR="0090226D" w:rsidRDefault="009A12B8">
            <w:r>
              <w:br/>
            </w:r>
          </w:p>
        </w:tc>
        <w:tc>
          <w:tcPr>
            <w:tcW w:w="3456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CF2D8B6" w14:textId="77777777" w:rsidR="0090226D" w:rsidRDefault="009A12B8">
            <w:r>
              <w:br/>
            </w:r>
          </w:p>
        </w:tc>
      </w:tr>
      <w:tr w:rsidR="0090226D" w14:paraId="0FB78278" w14:textId="77777777">
        <w:trPr>
          <w:jc w:val="center"/>
        </w:trPr>
        <w:tc>
          <w:tcPr>
            <w:tcW w:w="3456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FC39945" w14:textId="77777777" w:rsidR="0090226D" w:rsidRDefault="009A12B8">
            <w:r>
              <w:br/>
            </w:r>
          </w:p>
        </w:tc>
        <w:tc>
          <w:tcPr>
            <w:tcW w:w="3456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562CB0E" w14:textId="77777777" w:rsidR="0090226D" w:rsidRDefault="009A12B8">
            <w:r>
              <w:br/>
            </w:r>
          </w:p>
        </w:tc>
        <w:tc>
          <w:tcPr>
            <w:tcW w:w="3456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4CE0A41" w14:textId="77777777" w:rsidR="0090226D" w:rsidRDefault="009A12B8">
            <w:r>
              <w:br/>
            </w:r>
          </w:p>
        </w:tc>
      </w:tr>
      <w:tr w:rsidR="0090226D" w14:paraId="62EBF3C5" w14:textId="77777777">
        <w:trPr>
          <w:jc w:val="center"/>
        </w:trPr>
        <w:tc>
          <w:tcPr>
            <w:tcW w:w="3456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D98A12B" w14:textId="77777777" w:rsidR="0090226D" w:rsidRDefault="009A12B8">
            <w:r>
              <w:br/>
            </w:r>
          </w:p>
        </w:tc>
        <w:tc>
          <w:tcPr>
            <w:tcW w:w="3456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946DB82" w14:textId="77777777" w:rsidR="0090226D" w:rsidRDefault="009A12B8">
            <w:r>
              <w:br/>
            </w:r>
          </w:p>
        </w:tc>
        <w:tc>
          <w:tcPr>
            <w:tcW w:w="3456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5997CC1D" w14:textId="77777777" w:rsidR="0090226D" w:rsidRDefault="009A12B8">
            <w:r>
              <w:br/>
            </w:r>
          </w:p>
        </w:tc>
      </w:tr>
      <w:tr w:rsidR="0090226D" w14:paraId="110FFD37" w14:textId="77777777">
        <w:trPr>
          <w:jc w:val="center"/>
        </w:trPr>
        <w:tc>
          <w:tcPr>
            <w:tcW w:w="3456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B699379" w14:textId="77777777" w:rsidR="0090226D" w:rsidRDefault="009A12B8">
            <w:r>
              <w:br/>
            </w:r>
          </w:p>
        </w:tc>
        <w:tc>
          <w:tcPr>
            <w:tcW w:w="3456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FE9F23F" w14:textId="77777777" w:rsidR="0090226D" w:rsidRDefault="009A12B8">
            <w:r>
              <w:br/>
            </w:r>
          </w:p>
        </w:tc>
        <w:tc>
          <w:tcPr>
            <w:tcW w:w="3456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F72F646" w14:textId="77777777" w:rsidR="0090226D" w:rsidRDefault="009A12B8">
            <w:r>
              <w:br/>
            </w:r>
          </w:p>
        </w:tc>
      </w:tr>
    </w:tbl>
    <w:p w14:paraId="54A0763E" w14:textId="77777777" w:rsidR="00FB76B4" w:rsidRDefault="00FB76B4">
      <w:pPr>
        <w:spacing w:after="40"/>
        <w:rPr>
          <w:b/>
          <w:color w:val="17365D"/>
        </w:rPr>
      </w:pPr>
    </w:p>
    <w:p w14:paraId="2D7068C7" w14:textId="77777777" w:rsidR="00FB76B4" w:rsidRDefault="00FB76B4">
      <w:pPr>
        <w:spacing w:after="40"/>
        <w:rPr>
          <w:b/>
          <w:color w:val="17365D"/>
        </w:rPr>
      </w:pPr>
    </w:p>
    <w:p w14:paraId="4A79034A" w14:textId="2AE4FAA5" w:rsidR="0090226D" w:rsidRDefault="009A12B8">
      <w:pPr>
        <w:spacing w:after="40"/>
      </w:pPr>
      <w:r>
        <w:rPr>
          <w:b/>
          <w:color w:val="17365D"/>
        </w:rPr>
        <w:lastRenderedPageBreak/>
        <w:t>Questions we need to bring to the Diocese of Des Moines before finalizing the plan:</w:t>
      </w:r>
    </w:p>
    <w:p w14:paraId="5B34F7F3" w14:textId="77777777" w:rsidR="0090226D" w:rsidRDefault="009A12B8">
      <w:pPr>
        <w:spacing w:after="0"/>
      </w:pPr>
      <w:r>
        <w:rPr>
          <w:color w:val="969696"/>
          <w:sz w:val="16"/>
        </w:rPr>
        <w:t>_________________________________________________________________________________________________________</w:t>
      </w:r>
    </w:p>
    <w:p w14:paraId="545F972A" w14:textId="77777777" w:rsidR="0090226D" w:rsidRDefault="009A12B8">
      <w:pPr>
        <w:spacing w:after="0"/>
      </w:pPr>
      <w:r>
        <w:rPr>
          <w:color w:val="969696"/>
          <w:sz w:val="16"/>
        </w:rPr>
        <w:t>_________________________________________________________________________________________________________</w:t>
      </w:r>
    </w:p>
    <w:p w14:paraId="51DC29D7" w14:textId="77777777" w:rsidR="0090226D" w:rsidRDefault="009A12B8">
      <w:pPr>
        <w:spacing w:after="0"/>
      </w:pPr>
      <w:r>
        <w:rPr>
          <w:color w:val="969696"/>
          <w:sz w:val="16"/>
        </w:rPr>
        <w:t>_________________________________________________________________________________________________________</w:t>
      </w:r>
    </w:p>
    <w:p w14:paraId="499788BA" w14:textId="77777777" w:rsidR="0090226D" w:rsidRDefault="009A12B8">
      <w:pPr>
        <w:spacing w:before="100"/>
      </w:pPr>
      <w:r>
        <w:rPr>
          <w:b/>
          <w:color w:val="00B7C3"/>
        </w:rPr>
        <w:t xml:space="preserve">Final Check: </w:t>
      </w:r>
      <w:r>
        <w:t>Our plan reflects the diocesan standards while using a delivery model that is realistic, family-engaging, and pastorally appropriate for our parish.</w:t>
      </w:r>
    </w:p>
    <w:sectPr w:rsidR="0090226D" w:rsidSect="00034616">
      <w:footerReference w:type="default" r:id="rId10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E026A4" w14:textId="77777777" w:rsidR="009A12B8" w:rsidRDefault="009A12B8">
      <w:pPr>
        <w:spacing w:after="0" w:line="240" w:lineRule="auto"/>
      </w:pPr>
      <w:r>
        <w:separator/>
      </w:r>
    </w:p>
  </w:endnote>
  <w:endnote w:type="continuationSeparator" w:id="0">
    <w:p w14:paraId="704313D0" w14:textId="77777777" w:rsidR="009A12B8" w:rsidRDefault="009A12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CD36F" w14:textId="77777777" w:rsidR="0090226D" w:rsidRDefault="009A12B8">
    <w:pPr>
      <w:pStyle w:val="Footer"/>
      <w:jc w:val="center"/>
    </w:pPr>
    <w:r>
      <w:rPr>
        <w:sz w:val="16"/>
      </w:rPr>
      <w:t>Diocese of Des Moines | Confirmation Parish Planning Worksheet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0EB0F4" w14:textId="77777777" w:rsidR="009A12B8" w:rsidRDefault="009A12B8">
      <w:pPr>
        <w:spacing w:after="0" w:line="240" w:lineRule="auto"/>
      </w:pPr>
      <w:r>
        <w:separator/>
      </w:r>
    </w:p>
  </w:footnote>
  <w:footnote w:type="continuationSeparator" w:id="0">
    <w:p w14:paraId="794FBD79" w14:textId="77777777" w:rsidR="009A12B8" w:rsidRDefault="009A12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68246913">
    <w:abstractNumId w:val="8"/>
  </w:num>
  <w:num w:numId="2" w16cid:durableId="479007614">
    <w:abstractNumId w:val="6"/>
  </w:num>
  <w:num w:numId="3" w16cid:durableId="1098871265">
    <w:abstractNumId w:val="5"/>
  </w:num>
  <w:num w:numId="4" w16cid:durableId="892543200">
    <w:abstractNumId w:val="4"/>
  </w:num>
  <w:num w:numId="5" w16cid:durableId="1039941107">
    <w:abstractNumId w:val="7"/>
  </w:num>
  <w:num w:numId="6" w16cid:durableId="633026804">
    <w:abstractNumId w:val="3"/>
  </w:num>
  <w:num w:numId="7" w16cid:durableId="134565543">
    <w:abstractNumId w:val="2"/>
  </w:num>
  <w:num w:numId="8" w16cid:durableId="296376252">
    <w:abstractNumId w:val="1"/>
  </w:num>
  <w:num w:numId="9" w16cid:durableId="11539876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78DAE5"/>
    <w:rsid w:val="0090226D"/>
    <w:rsid w:val="009A12B8"/>
    <w:rsid w:val="009A2933"/>
    <w:rsid w:val="00AA1D8D"/>
    <w:rsid w:val="00B47730"/>
    <w:rsid w:val="00CB0664"/>
    <w:rsid w:val="00FB76B4"/>
    <w:rsid w:val="00FC693F"/>
    <w:rsid w:val="04300BA6"/>
    <w:rsid w:val="056ACD1F"/>
    <w:rsid w:val="07D1DF83"/>
    <w:rsid w:val="0F104ACF"/>
    <w:rsid w:val="0FF557B5"/>
    <w:rsid w:val="1280696A"/>
    <w:rsid w:val="1294EC45"/>
    <w:rsid w:val="17ADF4F7"/>
    <w:rsid w:val="180B20F7"/>
    <w:rsid w:val="22F847D7"/>
    <w:rsid w:val="2777A995"/>
    <w:rsid w:val="32FC557E"/>
    <w:rsid w:val="3A5774A8"/>
    <w:rsid w:val="435BBCF0"/>
    <w:rsid w:val="4E2C596E"/>
    <w:rsid w:val="4ED1D2E7"/>
    <w:rsid w:val="4F9FB342"/>
    <w:rsid w:val="505F3704"/>
    <w:rsid w:val="512C2C56"/>
    <w:rsid w:val="5425F74D"/>
    <w:rsid w:val="54A374E4"/>
    <w:rsid w:val="62056204"/>
    <w:rsid w:val="6B375D22"/>
    <w:rsid w:val="6EBD34B9"/>
    <w:rsid w:val="706E2960"/>
    <w:rsid w:val="7D8F8CA6"/>
    <w:rsid w:val="7EDA5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17ED30F4-0485-46E7-9B29-C513FA09A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4ED1D2E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chicoine@dmdiocese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jgaffney@dmdiocese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1433</Words>
  <Characters>8169</Characters>
  <Application>Microsoft Office Word</Application>
  <DocSecurity>0</DocSecurity>
  <Lines>68</Lines>
  <Paragraphs>19</Paragraphs>
  <ScaleCrop>false</ScaleCrop>
  <Manager/>
  <Company/>
  <LinksUpToDate>false</LinksUpToDate>
  <CharactersWithSpaces>9583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Gaffney</dc:creator>
  <cp:keywords/>
  <dc:description>generated by python-docx</dc:description>
  <cp:lastModifiedBy>John Gaffney</cp:lastModifiedBy>
  <cp:revision>2</cp:revision>
  <dcterms:created xsi:type="dcterms:W3CDTF">2026-10-02T21:28:00Z</dcterms:created>
  <dcterms:modified xsi:type="dcterms:W3CDTF">2026-10-02T21:28:00Z</dcterms:modified>
  <cp:category/>
</cp:coreProperties>
</file>